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הכתיבה האישית: מכתב, פתק תודה, זיכרון טוב, מסגרת לשיר וברכה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ומסודרת לפי פתיח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לבטא רגשות ומחשבות בכתיבה אישית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להתחיל לכתוב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המרכזי של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הכתיבה יכולה להישאר אצל הכותב, השיתוף הוא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ההגדרה של קטגוריית זיכרון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זיכרון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כתיבה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(לפנות אישית למישהו ולשתף אותו במחשבות)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(להביע הערכה על עזרה או טוב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(לתאר רגע נעים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(לכתוב בצורה מובנית וקצבית)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אישית, למשל: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מה קרה או למה כותבים את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איך זה גרם לכם להרגיש או מה עזר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לסיים במילת סיום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סוג כתיבה מתאים, שמר על מבנה הגיוני, השתמש בשפה ברורה והביע רעיון או רגש בצורה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מכתב פונה אישית ויכול לכלול כמה נושאים, פתק תודה מתמקד בהכרת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שהכתיבה תישאר כנה ואישית ולא תחת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הולדת, הצלחה או אירוע משמח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לבחור כרטיס אחד ולהתמקד בו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האם לשתף את הכתיבה שלהם בפני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לכתיבה אישית לפני שיתוף פומבי, אם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סוגים שונים של כתיבה אישית, בדומה לכרטיסי הכתיבה: מכתב, פתק תודה, זיכרון טוב, מסגרת לשיר וברכה. כל כתיבה היא שלכם ואתם בוחרים אם לשתף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חתימה  ·  זיכרון טוב  ·  פתק תודה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סוגי כתיבה שונים יש בכרטיסי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תפקידו של פתיח משפט בכרטיס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לסיים את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לעזור להתחיל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כל הכתיבה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פתק תודה נועד להביע הכרת תודה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כתיבה בכרטיס חייבת תמיד להישלח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זיכרון טוב הוא תיאור של אירוע נעים מהעבר.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כשכותבים __________ אנחנו מבטאים הכרת תודה כלפי מישהו שעזר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מתארים אירוע נעים שקרה בעבר ומשאיר הרגשה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כשכותבים מכתב חשוב לכלול פנייה אישית ו__________ בסוף.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סוג כתיבה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לכתוב בצורה מובנית וקצבית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פתק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לתאר רגע נעים שקרה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זיכרון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להביע הערכה על עזרה או טוב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מסגרת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לפנות אישית למישהו ולשתף אותו במחשבות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איך זה גרם לכם להרגיש או מה עזר 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לפתוח בפנייה אישית, למשל: שלום...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לסיים במילת סיום 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מה קרה או למה כותבים את המכתב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מסוגי הכרטיסים (מכתב, פתק תודה, זיכרון טוב, מסגרת לשיר או ברכה) וכתבו קטע קצר מסוג זה. אפשר לבחור נושא אישי משמעותי עבורכם.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מכתב לפתק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חשוב שהכותב יבחר אם לשתף את הכתיבה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