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הכתיבה האישית: מכתב, פתק תודה, זיכרון טוב, מסגרת לשיר וברכה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ומסודרת לפי פתיח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רגשות ומחשבות בכתיבה אישית בצורה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לעזור להתחיל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הכותב או הכותבת עצמם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חידון מתמטיקה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תפקידו המרכזי של פתק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הכתיבה יכולה להישאר אצל הכותב, השיתוף הוא לפי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ההגדרה של קטגוריית זיכרון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מסגרת לשיר נותנת מבנה קבוע שעוזר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ברכה נכתבת בדרך כלל לרגל אירוע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פתק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זיכרון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חתימה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מסגרת לשיר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סוג כתיבה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(לפנות אישית למישהו ולשתף אותו במחשבות)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(להביע הערכה על עזרה או טוב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(לתאר רגע נעים שקרה בעבר)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(לכתוב בצורה מובנית וקצבית)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(לאחל טוב לרגל אירוע משמח)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כתיבת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לפתוח בפנייה אישית, למשל: שלום...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לספר מה קרה או למה כותבים את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להסביר איך זה גרם לכם להרגיש או מה עזר 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לסיים במילת סיום 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לחתום בשם הכותב או הכותבת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סוג כתיבה מתאים, שמר על מבנה הגיוני, השתמש בשפה ברורה והביע רעיון או רגש בצורה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שהתלמיד ציין בבירור במה עזר האדם ושיש ביטוי אמיתי להכרת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מכתב פונה אישית ויכול לכלול כמה נושאים, פתק תודה מתמקד בהכרת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שהכתיבה תישאר כנה ואישית ולא תחת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יום הולדת, הצלחה או אירוע משמח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לבחור כרטיס אחד ולהתמקד בו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לאפשר לתלמידים לבחור האם לשתף את הכתיבה שלהם בפני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שקט לכתיבה אישית לפני שיתוף פומבי, אם בכלל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לכתוב דברים קצרים: מכתב, פתק תודה, זיכרון טוב, שיר קצר וברכה. אתם בוחרים אם לשתף את הכתיבה שלכם.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פתיח 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בהתחלה שעוזרות להתחיל לכתוב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מכתב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אישית למישהו, כולל פנייה וחתימה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פתק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קצרה שמביעה הכרת תודה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 טוב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של אירוע נעים שקרה בעבר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מסגרת לשיר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קבוע שעוזר לכתוב 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איחול טוב למישהו לרגל אירוע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להראות את הכתיבה למישהו 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סוגים של כתיבה יש בכרטיסים?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משמש פתיח המשפט?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לסיים את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להתחיל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כל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לתקן שגיאות 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בוחר אם לשתף את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ההורים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הכותב או הכותבת עצמם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אחד, חובה לשתף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לא מופיע בין סוגי הכרטיסים?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פתק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חידון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פתק תודה נועד להביע הכרת תודה למישהו.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בכרטיס חייבת תמיד להישלח למישהו.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זיכרון טוב הוא תיאור של אירוע נעים מהעבר.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מסגרת לשיר היא כתיבה חופשית לגמרי בלי שום מבנה.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ברכות ואיחולים מתאימים לכתיבה לקראת אירוע משמח.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כשכותבים __________ אנחנו מבטאים הכרת תודה כלפי מישהו שעזר 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ב__________ מתארים אירוע נעים שקרה בעבר ומשאיר הרגשה טובה.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כשכותבים מכתב חשוב לכלול פנייה אישית ו__________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נותנת מבנה קבוע שעוזר לכתוב שורות בצורה מסודרת.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לרגל יום הולדת או אירוע משמח נהוג לכתוב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סוג כתיבה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לתאר רגע נעים שקרה בעבר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פתק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לפנות אישית למישהו ולשתף אותו במחשבות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זיכרון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להביע הערכה על עזרה או טוב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מסגרת לשיר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לאחל טוב לרגל אירוע משמח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לכתוב בצורה מובנית וקצבית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כתיבת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איך זה גרם לכם להרגיש או מה עזר 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לסיים במילת סיום חמה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לחתום בשם הכותב או הכותבת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מה קרה או למה כותבים את המכתב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לפתוח בפנייה אישית, למשל: שלום...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מסוגי הכרטיסים (מכתב, פתק תודה, זיכרון טוב, מסגרת לשיר או ברכה) וכתבו קטע קצר מסוג זה. אפשר לבחור נושא אישי משמעותי עבורכם.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פתק תודה קצר למישהו שעזר לכם השנה. הסבירו במה עזר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מכתב לפתק תודה?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שהכותב יבחר אם לשתף את הכתיבה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שבו תכתבו ברכה.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כתיבה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